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Microsoft YaHei" w:hAnsi="Microsoft YaHei" w:eastAsia="Microsoft YaHei"/>
          <w:b/>
          <w:color w:val="0B5968"/>
          <w:sz w:val="40"/>
        </w:rPr>
        <w:t>实验实训方案</w:t>
      </w:r>
    </w:p>
    <w:p>
      <w:pPr>
        <w:spacing w:after="240"/>
        <w:jc w:val="center"/>
      </w:pPr>
      <w:r>
        <w:rPr>
          <w:rFonts w:ascii="Microsoft YaHei" w:hAnsi="Microsoft YaHei" w:eastAsia="Microsoft YaHei"/>
          <w:b/>
          <w:color w:val="4A6972"/>
          <w:sz w:val="24"/>
        </w:rPr>
        <w:t>案例 08  ·  年度森林损失空间集中度与阈值敏感性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47"/>
        <w:gridCol w:w="2447"/>
        <w:gridCol w:w="2447"/>
        <w:gridCol w:w="2447"/>
      </w:tblGrid>
      <w:tr>
        <w:tc>
          <w:tcPr>
            <w:tcW w:type="dxa" w:w="2447"/>
            <w:vAlign w:val="center"/>
            <w:shd w:fill="147D8A"/>
          </w:tcPr>
          <w:p>
            <w:pPr>
              <w:spacing w:after="0"/>
            </w:pPr>
            <w:r>
              <w:rPr>
                <w:b/>
                <w:color w:val="FFFFFF"/>
              </w:rPr>
            </w: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案例编号</w:t>
            </w:r>
          </w:p>
        </w:tc>
        <w:tc>
          <w:tcPr>
            <w:tcW w:type="dxa" w:w="2447"/>
            <w:vAlign w:val="center"/>
            <w:shd w:fill="147D8A"/>
          </w:tcPr>
          <w:p>
            <w:pPr>
              <w:spacing w:after="0"/>
            </w:pPr>
            <w:r>
              <w:rPr>
                <w:b/>
                <w:color w:val="FFFFFF"/>
              </w:rPr>
            </w: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难度</w:t>
            </w:r>
          </w:p>
        </w:tc>
        <w:tc>
          <w:tcPr>
            <w:tcW w:type="dxa" w:w="2447"/>
            <w:vAlign w:val="center"/>
            <w:shd w:fill="147D8A"/>
          </w:tcPr>
          <w:p>
            <w:pPr>
              <w:spacing w:after="0"/>
            </w:pPr>
            <w:r>
              <w:rPr>
                <w:b/>
                <w:color w:val="FFFFFF"/>
              </w:rPr>
            </w: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学时</w:t>
            </w:r>
          </w:p>
        </w:tc>
        <w:tc>
          <w:tcPr>
            <w:tcW w:type="dxa" w:w="2447"/>
            <w:vAlign w:val="center"/>
            <w:shd w:fill="147D8A"/>
          </w:tcPr>
          <w:p>
            <w:pPr>
              <w:spacing w:after="0"/>
            </w:pPr>
            <w:r>
              <w:rPr>
                <w:b/>
                <w:color w:val="FFFFFF"/>
              </w:rPr>
            </w: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交付格式</w:t>
            </w:r>
          </w:p>
        </w:tc>
      </w:tr>
      <w:tr>
        <w:tc>
          <w:tcPr>
            <w:tcW w:type="dxa" w:w="2447"/>
            <w:vAlign w:val="center"/>
            <w:shd w:fill="F2F8F9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08</w:t>
            </w:r>
          </w:p>
        </w:tc>
        <w:tc>
          <w:tcPr>
            <w:tcW w:type="dxa" w:w="2447"/>
            <w:vAlign w:val="center"/>
            <w:shd w:fill="F2F8F9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基础—进阶</w:t>
            </w:r>
          </w:p>
        </w:tc>
        <w:tc>
          <w:tcPr>
            <w:tcW w:type="dxa" w:w="2447"/>
            <w:vAlign w:val="center"/>
            <w:shd w:fill="F2F8F9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6</w:t>
            </w:r>
          </w:p>
        </w:tc>
        <w:tc>
          <w:tcPr>
            <w:tcW w:type="dxa" w:w="2447"/>
            <w:vAlign w:val="center"/>
            <w:shd w:fill="F2F8F9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可编辑 DOCX</w:t>
            </w:r>
          </w:p>
        </w:tc>
      </w:tr>
    </w:tbl>
    <w:p>
      <w:pPr>
        <w:spacing w:line="288" w:lineRule="auto" w:after="100"/>
      </w:pPr>
      <w:r>
        <w:rPr>
          <w:rFonts w:ascii="Microsoft YaHei" w:hAnsi="Microsoft YaHei" w:eastAsia="Microsoft YaHei"/>
          <w:b w:val="0"/>
          <w:color w:val="222222"/>
          <w:sz w:val="21"/>
        </w:rPr>
        <w:t>使用说明：本文件为实验实训方案的可编辑 Word 版本；Notebook、数据说明和代码仍在平台对应案例页提供下载。</w:t>
      </w:r>
    </w:p>
    <w:p>
      <w:pPr>
        <w:pStyle w:val="Heading2"/>
        <w:keepNext/>
        <w:spacing w:before="200" w:after="100"/>
      </w:pPr>
      <w:r>
        <w:rPr>
          <w:rFonts w:ascii="Microsoft YaHei" w:hAnsi="Microsoft YaHei" w:eastAsia="Microsoft YaHei"/>
          <w:b/>
          <w:color w:val="1F4250"/>
          <w:sz w:val="26"/>
        </w:rPr>
        <w:t>实训问题</w:t>
      </w:r>
    </w:p>
    <w:p>
      <w:pPr>
        <w:spacing w:line="288" w:lineRule="auto" w:after="100"/>
      </w:pPr>
      <w:r>
        <w:rPr>
          <w:rFonts w:ascii="Microsoft YaHei" w:hAnsi="Microsoft YaHei" w:eastAsia="Microsoft YaHei"/>
          <w:b w:val="0"/>
          <w:color w:val="222222"/>
          <w:sz w:val="21"/>
        </w:rPr>
        <w:t>森林损失比例在空间上如何分布？结果对基准树冠覆盖阈值有多敏感？</w:t>
      </w:r>
    </w:p>
    <w:p>
      <w:pPr>
        <w:pStyle w:val="Heading2"/>
        <w:keepNext/>
        <w:spacing w:before="200" w:after="100"/>
      </w:pPr>
      <w:r>
        <w:rPr>
          <w:rFonts w:ascii="Microsoft YaHei" w:hAnsi="Microsoft YaHei" w:eastAsia="Microsoft YaHei"/>
          <w:b/>
          <w:color w:val="1F4250"/>
          <w:sz w:val="26"/>
        </w:rPr>
        <w:t>实训目标</w:t>
      </w:r>
    </w:p>
    <w:p>
      <w:pPr>
        <w:spacing w:line="288" w:lineRule="auto" w:after="100"/>
      </w:pPr>
      <w:r>
        <w:rPr>
          <w:rFonts w:ascii="Microsoft YaHei" w:hAnsi="Microsoft YaHei" w:eastAsia="Microsoft YaHei"/>
          <w:b w:val="0"/>
          <w:color w:val="222222"/>
          <w:sz w:val="21"/>
        </w:rPr>
        <w:t>完成数据状态核对、Notebook 操作、案例核心算法、图件检查和结果边界说明；能将结论逐项对应到代码输出与数据证据。</w:t>
      </w:r>
    </w:p>
    <w:p>
      <w:pPr>
        <w:pStyle w:val="Heading2"/>
        <w:keepNext/>
        <w:spacing w:before="200" w:after="100"/>
      </w:pPr>
      <w:r>
        <w:rPr>
          <w:rFonts w:ascii="Microsoft YaHei" w:hAnsi="Microsoft YaHei" w:eastAsia="Microsoft YaHei"/>
          <w:b/>
          <w:color w:val="1F4250"/>
          <w:sz w:val="26"/>
        </w:rPr>
        <w:t>数据与前置条件</w:t>
      </w:r>
    </w:p>
    <w:p>
      <w:pPr>
        <w:pStyle w:val="ListBullet"/>
        <w:spacing w:after="60"/>
        <w:ind w:left="369" w:hanging="170"/>
      </w:pPr>
      <w:r>
        <w:rPr>
          <w:rFonts w:ascii="Microsoft YaHei" w:hAnsi="Microsoft YaHei" w:eastAsia="Microsoft YaHei"/>
          <w:b/>
          <w:color w:val="222222"/>
          <w:sz w:val="21"/>
        </w:rPr>
        <w:t>数据/产品：</w:t>
      </w:r>
      <w:r>
        <w:rPr>
          <w:rFonts w:ascii="Microsoft YaHei" w:hAnsi="Microsoft YaHei" w:eastAsia="Microsoft YaHei"/>
          <w:b w:val="0"/>
          <w:color w:val="222222"/>
          <w:sz w:val="21"/>
        </w:rPr>
        <w:t>Hansen Global Forest Change</w:t>
      </w:r>
    </w:p>
    <w:p>
      <w:pPr>
        <w:pStyle w:val="ListBullet"/>
        <w:spacing w:after="60"/>
        <w:ind w:left="369" w:hanging="170"/>
      </w:pPr>
      <w:r>
        <w:rPr>
          <w:rFonts w:ascii="Microsoft YaHei" w:hAnsi="Microsoft YaHei" w:eastAsia="Microsoft YaHei"/>
          <w:b/>
          <w:color w:val="222222"/>
          <w:sz w:val="21"/>
        </w:rPr>
        <w:t>官方入口：</w:t>
      </w:r>
      <w:r>
        <w:rPr>
          <w:rFonts w:ascii="Microsoft YaHei" w:hAnsi="Microsoft YaHei" w:eastAsia="Microsoft YaHei"/>
          <w:b w:val="0"/>
          <w:color w:val="222222"/>
          <w:sz w:val="21"/>
        </w:rPr>
        <w:t>https://storage.googleapis.com/earthenginepartners-hansen/GFC-2024-v1.12/download.html</w:t>
      </w:r>
    </w:p>
    <w:p>
      <w:pPr>
        <w:pStyle w:val="ListBullet"/>
        <w:spacing w:after="60"/>
        <w:ind w:left="369" w:hanging="170"/>
      </w:pPr>
      <w:r>
        <w:rPr>
          <w:rFonts w:ascii="Microsoft YaHei" w:hAnsi="Microsoft YaHei" w:eastAsia="Microsoft YaHei"/>
          <w:b/>
          <w:color w:val="222222"/>
          <w:sz w:val="21"/>
        </w:rPr>
        <w:t>产品说明：</w:t>
      </w:r>
      <w:r>
        <w:rPr>
          <w:rFonts w:ascii="Microsoft YaHei" w:hAnsi="Microsoft YaHei" w:eastAsia="Microsoft YaHei"/>
          <w:b w:val="0"/>
          <w:color w:val="222222"/>
          <w:sz w:val="21"/>
        </w:rPr>
        <w:t>https://glad.umd.edu/dataset</w:t>
      </w:r>
    </w:p>
    <w:p>
      <w:pPr>
        <w:pStyle w:val="ListBullet"/>
        <w:spacing w:after="60"/>
        <w:ind w:left="369" w:hanging="170"/>
      </w:pPr>
      <w:r>
        <w:rPr>
          <w:rFonts w:ascii="Microsoft YaHei" w:hAnsi="Microsoft YaHei" w:eastAsia="Microsoft YaHei"/>
          <w:b/>
          <w:color w:val="222222"/>
          <w:sz w:val="21"/>
        </w:rPr>
        <w:t>当前随包运行模式：</w:t>
      </w:r>
      <w:r>
        <w:rPr>
          <w:rFonts w:ascii="Microsoft YaHei" w:hAnsi="Microsoft YaHei" w:eastAsia="Microsoft YaHei"/>
          <w:b w:val="0"/>
          <w:color w:val="222222"/>
          <w:sz w:val="21"/>
        </w:rPr>
        <w:t xml:space="preserve">上面列出的是真实产品入口；Notebook </w:t>
      </w:r>
      <w:r>
        <w:rPr>
          <w:rFonts w:ascii="Microsoft YaHei" w:hAnsi="Microsoft YaHei" w:eastAsia="Microsoft YaHei"/>
          <w:b/>
          <w:color w:val="222222"/>
          <w:sz w:val="21"/>
        </w:rPr>
        <w:t>只使用固定随机种子的合成教学输入，不会自动下载或读取这些真实产品</w:t>
      </w:r>
      <w:r>
        <w:rPr>
          <w:rFonts w:ascii="Microsoft YaHei" w:hAnsi="Microsoft YaHei" w:eastAsia="Microsoft YaHei"/>
          <w:b w:val="0"/>
          <w:color w:val="222222"/>
          <w:sz w:val="21"/>
        </w:rPr>
        <w:t>。合成输出只用于演示算法和图件链路，不是实测生态环境结论。</w:t>
      </w:r>
    </w:p>
    <w:p>
      <w:pPr>
        <w:pStyle w:val="ListBullet"/>
        <w:spacing w:after="60"/>
        <w:ind w:left="369" w:hanging="170"/>
      </w:pPr>
      <w:r>
        <w:rPr>
          <w:rFonts w:ascii="Microsoft YaHei" w:hAnsi="Microsoft YaHei" w:eastAsia="Microsoft YaHei"/>
          <w:b/>
          <w:color w:val="222222"/>
          <w:sz w:val="21"/>
        </w:rPr>
        <w:t>真实数据准备：</w:t>
      </w:r>
      <w:r>
        <w:rPr>
          <w:rFonts w:ascii="Microsoft YaHei" w:hAnsi="Microsoft YaHei" w:eastAsia="Microsoft YaHei"/>
          <w:b w:val="0"/>
          <w:color w:val="222222"/>
          <w:sz w:val="21"/>
        </w:rPr>
        <w:t xml:space="preserve">先阅读本案 </w:t>
      </w:r>
      <w:r>
        <w:rPr>
          <w:rFonts w:ascii="Consolas" w:hAnsi="Consolas" w:eastAsia="Microsoft YaHei"/>
          <w:b w:val="0"/>
          <w:color w:val="174A5B"/>
          <w:sz w:val="20"/>
          <w:shd w:fill="EAF2F5"/>
        </w:rPr>
        <w:t>data/README.md</w:t>
      </w:r>
      <w:r>
        <w:rPr>
          <w:rFonts w:ascii="Microsoft YaHei" w:hAnsi="Microsoft YaHei" w:eastAsia="Microsoft YaHei"/>
          <w:b w:val="0"/>
          <w:color w:val="222222"/>
          <w:sz w:val="21"/>
        </w:rPr>
        <w:t>、</w:t>
      </w:r>
      <w:r>
        <w:rPr>
          <w:rFonts w:ascii="Consolas" w:hAnsi="Consolas" w:eastAsia="Microsoft YaHei"/>
          <w:b w:val="0"/>
          <w:color w:val="174A5B"/>
          <w:sz w:val="20"/>
          <w:shd w:fill="EAF2F5"/>
        </w:rPr>
        <w:t>data/字段字典.md</w:t>
      </w:r>
      <w:r>
        <w:rPr>
          <w:rFonts w:ascii="Microsoft YaHei" w:hAnsi="Microsoft YaHei" w:eastAsia="Microsoft YaHei"/>
          <w:b w:val="0"/>
          <w:color w:val="222222"/>
          <w:sz w:val="21"/>
        </w:rPr>
        <w:t>、</w:t>
      </w:r>
      <w:r>
        <w:rPr>
          <w:rFonts w:ascii="Consolas" w:hAnsi="Consolas" w:eastAsia="Microsoft YaHei"/>
          <w:b w:val="0"/>
          <w:color w:val="174A5B"/>
          <w:sz w:val="20"/>
          <w:shd w:fill="EAF2F5"/>
        </w:rPr>
        <w:t>references/DATASET_MANIFEST.csv</w:t>
      </w:r>
      <w:r>
        <w:rPr>
          <w:rFonts w:ascii="Microsoft YaHei" w:hAnsi="Microsoft YaHei" w:eastAsia="Microsoft YaHei"/>
          <w:b w:val="0"/>
          <w:color w:val="222222"/>
          <w:sz w:val="21"/>
        </w:rPr>
        <w:t xml:space="preserve"> 和官方产品文档；按版本核对字段/波段、时间、单位、CRS/transform、质量标记、NoData、AOI 与许可。实际产品输入尚未接入 Notebook 时，不得声称已完成真实产品分析。</w:t>
      </w:r>
    </w:p>
    <w:p>
      <w:pPr>
        <w:pStyle w:val="Heading2"/>
        <w:keepNext/>
        <w:spacing w:before="200" w:after="100"/>
      </w:pPr>
      <w:r>
        <w:rPr>
          <w:rFonts w:ascii="Microsoft YaHei" w:hAnsi="Microsoft YaHei" w:eastAsia="Microsoft YaHei"/>
          <w:b/>
          <w:color w:val="1F4250"/>
          <w:sz w:val="26"/>
        </w:rPr>
        <w:t>本案核心方法</w:t>
      </w:r>
    </w:p>
    <w:p>
      <w:pPr>
        <w:spacing w:line="288" w:lineRule="auto" w:after="100"/>
      </w:pPr>
      <w:r>
        <w:rPr>
          <w:rFonts w:ascii="Microsoft YaHei" w:hAnsi="Microsoft YaHei" w:eastAsia="Microsoft YaHei"/>
          <w:b w:val="0"/>
          <w:color w:val="222222"/>
          <w:sz w:val="21"/>
        </w:rPr>
        <w:t>基准森林覆盖阈值、逐年森林损失比例、描述性空间Z分数、树冠阈值敏感性</w:t>
      </w:r>
    </w:p>
    <w:p>
      <w:pPr>
        <w:spacing w:line="288" w:lineRule="auto" w:after="100"/>
      </w:pPr>
      <w:r>
        <w:rPr>
          <w:rFonts w:ascii="Microsoft YaHei" w:hAnsi="Microsoft YaHei" w:eastAsia="Microsoft YaHei"/>
          <w:b w:val="0"/>
          <w:color w:val="222222"/>
          <w:sz w:val="21"/>
        </w:rPr>
        <w:t>核心 Python 接口：</w:t>
      </w:r>
      <w:r>
        <w:rPr>
          <w:rFonts w:ascii="Consolas" w:hAnsi="Consolas" w:eastAsia="Microsoft YaHei"/>
          <w:b w:val="0"/>
          <w:color w:val="174A5B"/>
          <w:sz w:val="20"/>
          <w:shd w:fill="EAF2F5"/>
        </w:rPr>
        <w:t>src/core_model.py</w:t>
      </w:r>
      <w:r>
        <w:rPr>
          <w:rFonts w:ascii="Microsoft YaHei" w:hAnsi="Microsoft YaHei" w:eastAsia="Microsoft YaHei"/>
          <w:b w:val="0"/>
          <w:color w:val="222222"/>
          <w:sz w:val="21"/>
        </w:rPr>
        <w:t xml:space="preserve"> 中的 </w:t>
      </w:r>
      <w:r>
        <w:rPr>
          <w:rFonts w:ascii="Consolas" w:hAnsi="Consolas" w:eastAsia="Microsoft YaHei"/>
          <w:b w:val="0"/>
          <w:color w:val="174A5B"/>
          <w:sz w:val="20"/>
          <w:shd w:fill="EAF2F5"/>
        </w:rPr>
        <w:t>forest_mask, annual_loss_fraction, hotspot_zscore, threshold_sensitivity</w:t>
      </w:r>
      <w:r>
        <w:rPr>
          <w:rFonts w:ascii="Microsoft YaHei" w:hAnsi="Microsoft YaHei" w:eastAsia="Microsoft YaHei"/>
          <w:b w:val="0"/>
          <w:color w:val="222222"/>
          <w:sz w:val="21"/>
        </w:rPr>
        <w:t>。学生不需要在命令行手动调用函数；按学生指导书运行 Notebook 即可。若图表或文件与方案写法不一致，请先暂停并反馈教师，不要自行猜测或伪造结果。</w:t>
      </w:r>
    </w:p>
    <w:p>
      <w:pPr>
        <w:pStyle w:val="Heading2"/>
        <w:keepNext/>
        <w:spacing w:before="200" w:after="100"/>
      </w:pPr>
      <w:r>
        <w:rPr>
          <w:rFonts w:ascii="Microsoft YaHei" w:hAnsi="Microsoft YaHei" w:eastAsia="Microsoft YaHei"/>
          <w:b/>
          <w:color w:val="1F4250"/>
          <w:sz w:val="26"/>
        </w:rPr>
        <w:t>实训流程</w:t>
      </w:r>
    </w:p>
    <w:p>
      <w:pPr>
        <w:spacing w:line="288" w:lineRule="auto" w:after="100"/>
      </w:pPr>
      <w:r>
        <w:rPr>
          <w:rFonts w:ascii="Microsoft YaHei" w:hAnsi="Microsoft YaHei" w:eastAsia="Microsoft YaHei"/>
          <w:b w:val="0"/>
          <w:color w:val="222222"/>
          <w:sz w:val="21"/>
        </w:rPr>
        <w:t>第一次先打开本案例的 Notebook，点一次‘重启内核并全部运行（Restart Kernel → Run All）’，等所有代码格跑完。下面五步是按顺序检查这一次的运行结果，不用每一步都重新运行。Notebook 每个代码格前都有标题，照着本表看对应结果即可，不需要在命令行里手动输入函数名。以后改了参数，再找到对应标题的代码格，从那里运行到 Notebook 结束。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2"/>
        <w:gridCol w:w="4082"/>
        <w:gridCol w:w="2268"/>
        <w:gridCol w:w="2789"/>
      </w:tblGrid>
      <w:tr>
        <w:trPr>
          <w:tblHeader w:val="true"/>
          <w:cantSplit/>
        </w:trPr>
        <w:tc>
          <w:tcPr>
            <w:tcW w:type="dxa" w:w="652"/>
            <w:vAlign w:val="center"/>
            <w:shd w:fill="147D8A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/>
            </w:pPr>
            <w:r>
              <w:rPr>
                <w:b/>
                <w:color w:val="FFFFFF"/>
              </w:rPr>
            </w: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步骤</w:t>
            </w:r>
          </w:p>
        </w:tc>
        <w:tc>
          <w:tcPr>
            <w:tcW w:type="dxa" w:w="4082"/>
            <w:vAlign w:val="center"/>
            <w:shd w:fill="147D8A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/>
            </w:pPr>
            <w:r>
              <w:rPr>
                <w:b/>
                <w:color w:val="FFFFFF"/>
              </w:rPr>
            </w: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学生操作</w:t>
            </w:r>
          </w:p>
        </w:tc>
        <w:tc>
          <w:tcPr>
            <w:tcW w:type="dxa" w:w="2268"/>
            <w:vAlign w:val="center"/>
            <w:shd w:fill="147D8A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/>
            </w:pPr>
            <w:r>
              <w:rPr>
                <w:b/>
                <w:color w:val="FFFFFF"/>
              </w:rPr>
            </w: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本步产物</w:t>
            </w:r>
          </w:p>
        </w:tc>
        <w:tc>
          <w:tcPr>
            <w:tcW w:type="dxa" w:w="2789"/>
            <w:vAlign w:val="center"/>
            <w:shd w:fill="147D8A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/>
            </w:pPr>
            <w:r>
              <w:rPr>
                <w:b/>
                <w:color w:val="FFFFFF"/>
              </w:rPr>
            </w: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检查点</w:t>
            </w:r>
          </w:p>
        </w:tc>
      </w:tr>
      <w:tr>
        <w:trPr>
          <w:cantSplit/>
        </w:trPr>
        <w:tc>
          <w:tcPr>
            <w:tcW w:type="dxa" w:w="652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F2F8F9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1. 确认树冠阈值和损失编码</w:t>
            </w:r>
          </w:p>
        </w:tc>
        <w:tc>
          <w:tcPr>
            <w:tcW w:type="dxa" w:w="4082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F2F8F9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Notebook 一次性运行完成后，查看 treecover2000 的范围、loss-year 事件和网格大小。默认以 treecover≥30% 定义基准森林；10%/30%/50% 会在后面的敏感性分析中比较。当前是合成树冠覆盖率和年度损失事件；真实 Hansen GFC 接入时要核对版本和编码。</w:t>
            </w:r>
          </w:p>
        </w:tc>
        <w:tc>
          <w:tcPr>
            <w:tcW w:type="dxa" w:w="2268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F2F8F9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Notebook 输入摘要</w:t>
            </w:r>
          </w:p>
        </w:tc>
        <w:tc>
          <w:tcPr>
            <w:tcW w:type="dxa" w:w="2789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F2F8F9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记录树冠覆盖阈值、年份范围和数据状态。</w:t>
            </w:r>
          </w:p>
        </w:tc>
      </w:tr>
      <w:tr>
        <w:trPr>
          <w:cantSplit/>
        </w:trPr>
        <w:tc>
          <w:tcPr>
            <w:tcW w:type="dxa" w:w="652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2. 建立基准森林分母</w:t>
            </w:r>
          </w:p>
        </w:tc>
        <w:tc>
          <w:tcPr>
            <w:tcW w:type="dxa" w:w="4082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程序按设定的 treecover 阈值建立基准森林掩膜，用同一分母计算各年度损失比例。打开图 01 看基准森林和 loss-year。</w:t>
            </w:r>
          </w:p>
        </w:tc>
        <w:tc>
          <w:tcPr>
            <w:tcW w:type="dxa" w:w="2268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/>
            </w:pPr>
            <w:r/>
            <w:r>
              <w:rPr>
                <w:rFonts w:ascii="Consolas" w:hAnsi="Consolas" w:eastAsia="Microsoft YaHei"/>
                <w:b w:val="0"/>
                <w:color w:val="174A5B"/>
                <w:sz w:val="17"/>
                <w:shd w:fill="EAF2F5"/>
              </w:rPr>
              <w:t>outputs/student_run/figures/01_baseline_lossyear.png</w:t>
            </w:r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；</w:t>
            </w:r>
            <w:r>
              <w:rPr>
                <w:rFonts w:ascii="Consolas" w:hAnsi="Consolas" w:eastAsia="Microsoft YaHei"/>
                <w:b w:val="0"/>
                <w:color w:val="174A5B"/>
                <w:sz w:val="17"/>
                <w:shd w:fill="EAF2F5"/>
              </w:rPr>
              <w:t>outputs/student_run/annual_loss_summary.csv</w:t>
            </w:r>
          </w:p>
        </w:tc>
        <w:tc>
          <w:tcPr>
            <w:tcW w:type="dxa" w:w="2789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能说清分母是基准森林像元，不把 loss-year 非零直接当作连续森林覆盖。</w:t>
            </w:r>
          </w:p>
        </w:tc>
      </w:tr>
      <w:tr>
        <w:trPr>
          <w:cantSplit/>
        </w:trPr>
        <w:tc>
          <w:tcPr>
            <w:tcW w:type="dxa" w:w="652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F2F8F9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3. 查看年度损失和描述性 Z 分数</w:t>
            </w:r>
          </w:p>
        </w:tc>
        <w:tc>
          <w:tcPr>
            <w:tcW w:type="dxa" w:w="4082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F2F8F9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打开图 02。左侧是年度损失率轨迹，右侧把研究期内‘曾发生过损失’的位置按全图平均和波动做标准化，只是集中位置的描述，不是逐年损失热点显著性检验。</w:t>
            </w:r>
          </w:p>
        </w:tc>
        <w:tc>
          <w:tcPr>
            <w:tcW w:type="dxa" w:w="2268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F2F8F9"/>
          </w:tcPr>
          <w:p>
            <w:pPr>
              <w:spacing w:after="0"/>
            </w:pPr>
            <w:r/>
            <w:r>
              <w:rPr>
                <w:rFonts w:ascii="Consolas" w:hAnsi="Consolas" w:eastAsia="Microsoft YaHei"/>
                <w:b w:val="0"/>
                <w:color w:val="174A5B"/>
                <w:sz w:val="17"/>
                <w:shd w:fill="EAF2F5"/>
              </w:rPr>
              <w:t>outputs/student_run/figures/02_loss_rate_hotspot.png</w:t>
            </w:r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；</w:t>
            </w:r>
            <w:r>
              <w:rPr>
                <w:rFonts w:ascii="Consolas" w:hAnsi="Consolas" w:eastAsia="Microsoft YaHei"/>
                <w:b w:val="0"/>
                <w:color w:val="174A5B"/>
                <w:sz w:val="17"/>
                <w:shd w:fill="EAF2F5"/>
              </w:rPr>
              <w:t>outputs/student_run/annual_loss_summary.csv</w:t>
            </w:r>
          </w:p>
        </w:tc>
        <w:tc>
          <w:tcPr>
            <w:tcW w:type="dxa" w:w="2789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F2F8F9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图题、年度口径和 Z 分数含义一致；不写成年度热点显著性。</w:t>
            </w:r>
          </w:p>
        </w:tc>
      </w:tr>
      <w:tr>
        <w:trPr>
          <w:cantSplit/>
        </w:trPr>
        <w:tc>
          <w:tcPr>
            <w:tcW w:type="dxa" w:w="652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4. 比较森林阈值敏感性</w:t>
            </w:r>
          </w:p>
        </w:tc>
        <w:tc>
          <w:tcPr>
            <w:tcW w:type="dxa" w:w="4082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 xml:space="preserve">打开图 03 和图 04，比较不同 treecover 阈值下的累计损失率和年度比例。阈值表保存在 </w:t>
            </w:r>
            <w:r>
              <w:rPr>
                <w:rFonts w:ascii="Consolas" w:hAnsi="Consolas" w:eastAsia="Microsoft YaHei"/>
                <w:b w:val="0"/>
                <w:color w:val="174A5B"/>
                <w:sz w:val="17"/>
                <w:shd w:fill="EAF2F5"/>
              </w:rPr>
              <w:t>summary_synthetic.csv</w:t>
            </w:r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。</w:t>
            </w:r>
          </w:p>
        </w:tc>
        <w:tc>
          <w:tcPr>
            <w:tcW w:type="dxa" w:w="2268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/>
            </w:pPr>
            <w:r/>
            <w:r>
              <w:rPr>
                <w:rFonts w:ascii="Consolas" w:hAnsi="Consolas" w:eastAsia="Microsoft YaHei"/>
                <w:b w:val="0"/>
                <w:color w:val="174A5B"/>
                <w:sz w:val="17"/>
                <w:shd w:fill="EAF2F5"/>
              </w:rPr>
              <w:t>outputs/student_run/summary_synthetic.csv</w:t>
            </w:r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；</w:t>
            </w:r>
            <w:r>
              <w:rPr>
                <w:rFonts w:ascii="Consolas" w:hAnsi="Consolas" w:eastAsia="Microsoft YaHei"/>
                <w:b w:val="0"/>
                <w:color w:val="174A5B"/>
                <w:sz w:val="17"/>
                <w:shd w:fill="EAF2F5"/>
              </w:rPr>
              <w:t>outputs/student_run/figures/03_threshold_sensitivity.png</w:t>
            </w:r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、</w:t>
            </w:r>
            <w:r>
              <w:rPr>
                <w:rFonts w:ascii="Consolas" w:hAnsi="Consolas" w:eastAsia="Microsoft YaHei"/>
                <w:b w:val="0"/>
                <w:color w:val="174A5B"/>
                <w:sz w:val="17"/>
                <w:shd w:fill="EAF2F5"/>
              </w:rPr>
              <w:t>outputs/student_run/figures/04_threshold_time_series.png</w:t>
            </w:r>
          </w:p>
        </w:tc>
        <w:tc>
          <w:tcPr>
            <w:tcW w:type="dxa" w:w="2789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能同时报告阈值、纳入像元数和损失比例，不挑选单一阈值下的有利结果。</w:t>
            </w:r>
          </w:p>
        </w:tc>
      </w:tr>
      <w:tr>
        <w:trPr>
          <w:cantSplit/>
        </w:trPr>
        <w:tc>
          <w:tcPr>
            <w:tcW w:type="dxa" w:w="652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F2F8F9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5. 写结果和限制</w:t>
            </w:r>
          </w:p>
        </w:tc>
        <w:tc>
          <w:tcPr>
            <w:tcW w:type="dxa" w:w="4082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F2F8F9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用一页说明概括基准森林定义、年度损失比例、描述性空间图和阈值敏感性；说明合成数据不代表真实森林损失。</w:t>
            </w:r>
          </w:p>
        </w:tc>
        <w:tc>
          <w:tcPr>
            <w:tcW w:type="dxa" w:w="2268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F2F8F9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一页结果说明；上述实际输出文件</w:t>
            </w:r>
          </w:p>
        </w:tc>
        <w:tc>
          <w:tcPr>
            <w:tcW w:type="dxa" w:w="2789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F2F8F9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结论绑定到分母和阈值，并写出真实数据需重新核对版本、NoData 和面积口径。</w:t>
            </w:r>
          </w:p>
        </w:tc>
      </w:tr>
    </w:tbl>
    <w:p>
      <w:pPr>
        <w:spacing w:after="20"/>
      </w:pPr>
    </w:p>
    <w:p>
      <w:pPr>
        <w:pStyle w:val="Heading2"/>
        <w:keepNext/>
        <w:spacing w:before="200" w:after="100"/>
      </w:pPr>
      <w:r>
        <w:rPr>
          <w:rFonts w:ascii="Microsoft YaHei" w:hAnsi="Microsoft YaHei" w:eastAsia="Microsoft YaHei"/>
          <w:b/>
          <w:color w:val="1F4250"/>
          <w:sz w:val="26"/>
        </w:rPr>
        <w:t>学生交付物</w:t>
      </w:r>
    </w:p>
    <w:p>
      <w:pPr>
        <w:spacing w:line="288" w:lineRule="auto" w:after="100"/>
      </w:pPr>
      <w:r>
        <w:rPr>
          <w:rFonts w:ascii="Microsoft YaHei" w:hAnsi="Microsoft YaHei" w:eastAsia="Microsoft YaHei"/>
          <w:b w:val="0"/>
          <w:color w:val="222222"/>
          <w:sz w:val="21"/>
        </w:rPr>
        <w:t>运行 Notebook 后，提交以下实际生成的文件：</w:t>
      </w:r>
    </w:p>
    <w:p>
      <w:pPr>
        <w:pStyle w:val="ListBullet"/>
        <w:spacing w:after="60"/>
        <w:ind w:left="369" w:hanging="170"/>
      </w:pPr>
      <w:r>
        <w:rPr>
          <w:rFonts w:ascii="Consolas" w:hAnsi="Consolas" w:eastAsia="Microsoft YaHei"/>
          <w:b w:val="0"/>
          <w:color w:val="174A5B"/>
          <w:sz w:val="20"/>
          <w:shd w:fill="EAF2F5"/>
        </w:rPr>
        <w:t>outputs/student_run/annual_loss_summary.csv</w:t>
      </w:r>
    </w:p>
    <w:p>
      <w:pPr>
        <w:pStyle w:val="ListBullet"/>
        <w:spacing w:after="60"/>
        <w:ind w:left="369" w:hanging="170"/>
      </w:pPr>
      <w:r>
        <w:rPr>
          <w:rFonts w:ascii="Consolas" w:hAnsi="Consolas" w:eastAsia="Microsoft YaHei"/>
          <w:b w:val="0"/>
          <w:color w:val="174A5B"/>
          <w:sz w:val="20"/>
          <w:shd w:fill="EAF2F5"/>
        </w:rPr>
        <w:t>outputs/student_run/figures/01_baseline_lossyear.png</w:t>
      </w:r>
    </w:p>
    <w:p>
      <w:pPr>
        <w:pStyle w:val="ListBullet"/>
        <w:spacing w:after="60"/>
        <w:ind w:left="369" w:hanging="170"/>
      </w:pPr>
      <w:r>
        <w:rPr>
          <w:rFonts w:ascii="Consolas" w:hAnsi="Consolas" w:eastAsia="Microsoft YaHei"/>
          <w:b w:val="0"/>
          <w:color w:val="174A5B"/>
          <w:sz w:val="20"/>
          <w:shd w:fill="EAF2F5"/>
        </w:rPr>
        <w:t>outputs/student_run/figures/02_loss_rate_hotspot.png</w:t>
      </w:r>
    </w:p>
    <w:p>
      <w:pPr>
        <w:pStyle w:val="ListBullet"/>
        <w:spacing w:after="60"/>
        <w:ind w:left="369" w:hanging="170"/>
      </w:pPr>
      <w:r>
        <w:rPr>
          <w:rFonts w:ascii="Consolas" w:hAnsi="Consolas" w:eastAsia="Microsoft YaHei"/>
          <w:b w:val="0"/>
          <w:color w:val="174A5B"/>
          <w:sz w:val="20"/>
          <w:shd w:fill="EAF2F5"/>
        </w:rPr>
        <w:t>outputs/student_run/figures/03_threshold_sensitivity.png</w:t>
      </w:r>
    </w:p>
    <w:p>
      <w:pPr>
        <w:pStyle w:val="ListBullet"/>
        <w:spacing w:after="60"/>
        <w:ind w:left="369" w:hanging="170"/>
      </w:pPr>
      <w:r>
        <w:rPr>
          <w:rFonts w:ascii="Consolas" w:hAnsi="Consolas" w:eastAsia="Microsoft YaHei"/>
          <w:b w:val="0"/>
          <w:color w:val="174A5B"/>
          <w:sz w:val="20"/>
          <w:shd w:fill="EAF2F5"/>
        </w:rPr>
        <w:t>outputs/student_run/figures/04_threshold_time_series.png</w:t>
      </w:r>
    </w:p>
    <w:p>
      <w:pPr>
        <w:pStyle w:val="ListBullet"/>
        <w:spacing w:after="60"/>
        <w:ind w:left="369" w:hanging="170"/>
      </w:pPr>
      <w:r>
        <w:rPr>
          <w:rFonts w:ascii="Consolas" w:hAnsi="Consolas" w:eastAsia="Microsoft YaHei"/>
          <w:b w:val="0"/>
          <w:color w:val="174A5B"/>
          <w:sz w:val="20"/>
          <w:shd w:fill="EAF2F5"/>
        </w:rPr>
        <w:t>outputs/student_run/summary_synthetic.csv</w:t>
      </w:r>
    </w:p>
    <w:p>
      <w:pPr>
        <w:spacing w:line="288" w:lineRule="auto" w:after="100"/>
      </w:pPr>
      <w:r>
        <w:rPr>
          <w:rFonts w:ascii="Microsoft YaHei" w:hAnsi="Microsoft YaHei" w:eastAsia="Microsoft YaHei"/>
          <w:b w:val="0"/>
          <w:color w:val="222222"/>
          <w:sz w:val="21"/>
        </w:rPr>
        <w:t xml:space="preserve">另外，请自己新建 </w:t>
      </w:r>
      <w:r>
        <w:rPr>
          <w:rFonts w:ascii="Consolas" w:hAnsi="Consolas" w:eastAsia="Microsoft YaHei"/>
          <w:b w:val="0"/>
          <w:color w:val="174A5B"/>
          <w:sz w:val="20"/>
          <w:shd w:fill="EAF2F5"/>
        </w:rPr>
        <w:t>outputs/student_run/结果说明.md</w:t>
      </w:r>
      <w:r>
        <w:rPr>
          <w:rFonts w:ascii="Microsoft YaHei" w:hAnsi="Microsoft YaHei" w:eastAsia="Microsoft YaHei"/>
          <w:b w:val="0"/>
          <w:color w:val="222222"/>
          <w:sz w:val="21"/>
        </w:rPr>
        <w:t>，用一页写清输入是什么、关键参数、图表发现、敏感性结果和结论限制。Notebook 不会自动生成这份说明。</w:t>
      </w:r>
    </w:p>
    <w:p>
      <w:pPr>
        <w:pStyle w:val="Heading2"/>
        <w:keepNext/>
        <w:spacing w:before="200" w:after="100"/>
      </w:pPr>
      <w:r>
        <w:rPr>
          <w:rFonts w:ascii="Microsoft YaHei" w:hAnsi="Microsoft YaHei" w:eastAsia="Microsoft YaHei"/>
          <w:b/>
          <w:color w:val="1F4250"/>
          <w:sz w:val="26"/>
        </w:rPr>
        <w:t>故障处理</w:t>
      </w:r>
    </w:p>
    <w:p>
      <w:pPr>
        <w:pStyle w:val="ListBullet"/>
        <w:spacing w:after="60"/>
        <w:ind w:left="369" w:hanging="170"/>
      </w:pPr>
      <w:r>
        <w:rPr>
          <w:rFonts w:ascii="Microsoft YaHei" w:hAnsi="Microsoft YaHei" w:eastAsia="Microsoft YaHei"/>
          <w:b/>
          <w:color w:val="222222"/>
          <w:sz w:val="21"/>
        </w:rPr>
        <w:t>Notebook 找不到输入：</w:t>
      </w:r>
      <w:r>
        <w:rPr>
          <w:rFonts w:ascii="Microsoft YaHei" w:hAnsi="Microsoft YaHei" w:eastAsia="Microsoft YaHei"/>
          <w:b w:val="0"/>
          <w:color w:val="222222"/>
          <w:sz w:val="21"/>
        </w:rPr>
        <w:t>先按本案运行手册和 Notebook 相对路径启动；不要使用作者电脑绝对路径。</w:t>
      </w:r>
    </w:p>
    <w:p>
      <w:pPr>
        <w:pStyle w:val="ListBullet"/>
        <w:spacing w:after="60"/>
        <w:ind w:left="369" w:hanging="170"/>
      </w:pPr>
      <w:r>
        <w:rPr>
          <w:rFonts w:ascii="Microsoft YaHei" w:hAnsi="Microsoft YaHei" w:eastAsia="Microsoft YaHei"/>
          <w:b/>
          <w:color w:val="222222"/>
          <w:sz w:val="21"/>
        </w:rPr>
        <w:t>图件空白或出现异常值：</w:t>
      </w:r>
      <w:r>
        <w:rPr>
          <w:rFonts w:ascii="Microsoft YaHei" w:hAnsi="Microsoft YaHei" w:eastAsia="Microsoft YaHei"/>
          <w:b w:val="0"/>
          <w:color w:val="222222"/>
          <w:sz w:val="21"/>
        </w:rPr>
        <w:t>检查维度、有效掩膜、NaN/NoData、单位和阈值；先停止解释，再修复输入。</w:t>
      </w:r>
    </w:p>
    <w:p>
      <w:pPr>
        <w:pStyle w:val="ListBullet"/>
        <w:spacing w:after="60"/>
        <w:ind w:left="369" w:hanging="170"/>
      </w:pPr>
      <w:r>
        <w:rPr>
          <w:rFonts w:ascii="Microsoft YaHei" w:hAnsi="Microsoft YaHei" w:eastAsia="Microsoft YaHei"/>
          <w:b/>
          <w:color w:val="222222"/>
          <w:sz w:val="21"/>
        </w:rPr>
        <w:t>真实产品与示例输入不匹配：</w:t>
      </w:r>
      <w:r>
        <w:rPr>
          <w:rFonts w:ascii="Microsoft YaHei" w:hAnsi="Microsoft YaHei" w:eastAsia="Microsoft YaHei"/>
          <w:b w:val="0"/>
          <w:color w:val="222222"/>
          <w:sz w:val="21"/>
        </w:rPr>
        <w:t>核对官方字段字典和产品版本；完成显式映射、单位/CRS检查后再运行，不能直接把真实栅格塞入模拟数组流程。</w:t>
      </w:r>
    </w:p>
    <w:p>
      <w:pPr>
        <w:pStyle w:val="ListBullet"/>
        <w:spacing w:after="60"/>
        <w:ind w:left="369" w:hanging="170"/>
      </w:pPr>
      <w:r>
        <w:rPr>
          <w:rFonts w:ascii="Microsoft YaHei" w:hAnsi="Microsoft YaHei" w:eastAsia="Microsoft YaHei"/>
          <w:b/>
          <w:color w:val="222222"/>
          <w:sz w:val="21"/>
        </w:rPr>
        <w:t>显著性或趋势过度解释：</w:t>
      </w:r>
      <w:r>
        <w:rPr>
          <w:rFonts w:ascii="Microsoft YaHei" w:hAnsi="Microsoft YaHei" w:eastAsia="Microsoft YaHei"/>
          <w:b w:val="0"/>
          <w:color w:val="222222"/>
          <w:sz w:val="21"/>
        </w:rPr>
        <w:t>记录空间/时间依赖、权重或检验条件；图上分组、象限或 Z 分数不自动代表统计显著。</w:t>
      </w:r>
    </w:p>
    <w:p>
      <w:pPr>
        <w:pStyle w:val="ListBullet"/>
        <w:spacing w:after="60"/>
        <w:ind w:left="369" w:hanging="170"/>
      </w:pPr>
      <w:r>
        <w:rPr>
          <w:rFonts w:ascii="Microsoft YaHei" w:hAnsi="Microsoft YaHei" w:eastAsia="Microsoft YaHei"/>
          <w:b/>
          <w:color w:val="222222"/>
          <w:sz w:val="21"/>
        </w:rPr>
        <w:t>结果无法复现：</w:t>
      </w:r>
      <w:r>
        <w:rPr>
          <w:rFonts w:ascii="Microsoft YaHei" w:hAnsi="Microsoft YaHei" w:eastAsia="Microsoft YaHei"/>
          <w:b w:val="0"/>
          <w:color w:val="222222"/>
          <w:sz w:val="21"/>
        </w:rPr>
        <w:t>记录依赖版本、随机种子、数据版本/哈希、处理步骤和输出文件名。</w:t>
      </w:r>
    </w:p>
    <w:p>
      <w:pPr>
        <w:pStyle w:val="Heading2"/>
        <w:keepNext/>
        <w:spacing w:before="200" w:after="100"/>
      </w:pPr>
      <w:r>
        <w:rPr>
          <w:rFonts w:ascii="Microsoft YaHei" w:hAnsi="Microsoft YaHei" w:eastAsia="Microsoft YaHei"/>
          <w:b/>
          <w:color w:val="1F4250"/>
          <w:sz w:val="26"/>
        </w:rPr>
        <w:t>评分量规（100分）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74"/>
        <w:gridCol w:w="4535"/>
        <w:gridCol w:w="3781"/>
      </w:tblGrid>
      <w:tr>
        <w:trPr>
          <w:tblHeader w:val="true"/>
          <w:cantSplit/>
        </w:trPr>
        <w:tc>
          <w:tcPr>
            <w:tcW w:type="dxa" w:w="1474"/>
            <w:vAlign w:val="center"/>
            <w:shd w:fill="147D8A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/>
            </w:pPr>
            <w:r>
              <w:rPr>
                <w:b/>
                <w:color w:val="FFFFFF"/>
              </w:rPr>
            </w: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维度</w:t>
            </w:r>
          </w:p>
        </w:tc>
        <w:tc>
          <w:tcPr>
            <w:tcW w:type="dxa" w:w="4535"/>
            <w:vAlign w:val="center"/>
            <w:shd w:fill="147D8A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/>
            </w:pPr>
            <w:r>
              <w:rPr>
                <w:b/>
                <w:color w:val="FFFFFF"/>
              </w:rPr>
            </w: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分值</w:t>
            </w:r>
          </w:p>
        </w:tc>
        <w:tc>
          <w:tcPr>
            <w:tcW w:type="dxa" w:w="3781"/>
            <w:vAlign w:val="center"/>
            <w:shd w:fill="147D8A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/>
            </w:pPr>
            <w:r>
              <w:rPr>
                <w:b/>
                <w:color w:val="FFFFFF"/>
              </w:rPr>
            </w: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可核验证据</w:t>
            </w:r>
          </w:p>
        </w:tc>
      </w:tr>
      <w:tr>
        <w:trPr>
          <w:cantSplit/>
        </w:trPr>
        <w:tc>
          <w:tcPr>
            <w:tcW w:type="dxa" w:w="1474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F2F8F9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数据来源、状态与元数据</w:t>
            </w:r>
          </w:p>
        </w:tc>
        <w:tc>
          <w:tcPr>
            <w:tcW w:type="dxa" w:w="453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F2F8F9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20</w:t>
            </w:r>
          </w:p>
        </w:tc>
        <w:tc>
          <w:tcPr>
            <w:tcW w:type="dxa" w:w="3781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F2F8F9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官方入口、版本/模拟状态、空间时间支持、CRS/单位/NoData记录</w:t>
            </w:r>
          </w:p>
        </w:tc>
      </w:tr>
      <w:tr>
        <w:trPr>
          <w:cantSplit/>
        </w:trPr>
        <w:tc>
          <w:tcPr>
            <w:tcW w:type="dxa" w:w="1474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数据质检与预处理</w:t>
            </w:r>
          </w:p>
        </w:tc>
        <w:tc>
          <w:tcPr>
            <w:tcW w:type="dxa" w:w="453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20</w:t>
            </w:r>
          </w:p>
        </w:tc>
        <w:tc>
          <w:tcPr>
            <w:tcW w:type="dxa" w:w="3781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输入形状、有效样本、掩膜和数据限制说明</w:t>
            </w:r>
          </w:p>
        </w:tc>
      </w:tr>
      <w:tr>
        <w:trPr>
          <w:cantSplit/>
        </w:trPr>
        <w:tc>
          <w:tcPr>
            <w:tcW w:type="dxa" w:w="1474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F2F8F9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核心算法与参数解释</w:t>
            </w:r>
          </w:p>
        </w:tc>
        <w:tc>
          <w:tcPr>
            <w:tcW w:type="dxa" w:w="453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F2F8F9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25</w:t>
            </w:r>
          </w:p>
        </w:tc>
        <w:tc>
          <w:tcPr>
            <w:tcW w:type="dxa" w:w="3781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F2F8F9"/>
          </w:tcPr>
          <w:p>
            <w:pPr>
              <w:spacing w:after="0"/>
            </w:pPr>
            <w:r/>
            <w:r>
              <w:rPr>
                <w:rFonts w:ascii="Consolas" w:hAnsi="Consolas" w:eastAsia="Microsoft YaHei"/>
                <w:b w:val="0"/>
                <w:color w:val="174A5B"/>
                <w:sz w:val="17"/>
                <w:shd w:fill="EAF2F5"/>
              </w:rPr>
              <w:t>forest_mask, annual_loss_fraction, hotspot_zscore, threshold_sensitivity</w:t>
            </w:r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 xml:space="preserve"> 对应代码、参数表和结果表</w:t>
            </w:r>
          </w:p>
        </w:tc>
      </w:tr>
      <w:tr>
        <w:trPr>
          <w:cantSplit/>
        </w:trPr>
        <w:tc>
          <w:tcPr>
            <w:tcW w:type="dxa" w:w="1474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GIS图件、验证与敏感性</w:t>
            </w:r>
          </w:p>
        </w:tc>
        <w:tc>
          <w:tcPr>
            <w:tcW w:type="dxa" w:w="453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20</w:t>
            </w:r>
          </w:p>
        </w:tc>
        <w:tc>
          <w:tcPr>
            <w:tcW w:type="dxa" w:w="3781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图件追溯表、图例/单位/范围、至少一项敏感性分析</w:t>
            </w:r>
          </w:p>
        </w:tc>
      </w:tr>
      <w:tr>
        <w:trPr>
          <w:cantSplit/>
        </w:trPr>
        <w:tc>
          <w:tcPr>
            <w:tcW w:type="dxa" w:w="1474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F2F8F9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可复现性与解释边界</w:t>
            </w:r>
          </w:p>
        </w:tc>
        <w:tc>
          <w:tcPr>
            <w:tcW w:type="dxa" w:w="453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F2F8F9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15</w:t>
            </w:r>
          </w:p>
        </w:tc>
        <w:tc>
          <w:tcPr>
            <w:tcW w:type="dxa" w:w="3781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  <w:shd w:fill="F2F8F9"/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 w:val="0"/>
                <w:color w:val="1F4E5F"/>
                <w:sz w:val="18"/>
              </w:rPr>
              <w:t>环境/种子/来源记录、合成与真实数据区分、限制说明</w:t>
            </w:r>
          </w:p>
        </w:tc>
      </w:tr>
      <w:tr>
        <w:trPr>
          <w:cantSplit/>
        </w:trPr>
        <w:tc>
          <w:tcPr>
            <w:tcW w:type="dxa" w:w="1474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/>
                <w:color w:val="1F4E5F"/>
                <w:sz w:val="18"/>
              </w:rPr>
              <w:t>合计</w:t>
            </w:r>
          </w:p>
        </w:tc>
        <w:tc>
          <w:tcPr>
            <w:tcW w:type="dxa" w:w="4535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/>
            </w:pPr>
            <w:r/>
            <w:r>
              <w:rPr>
                <w:rFonts w:ascii="Microsoft YaHei" w:hAnsi="Microsoft YaHei" w:eastAsia="Microsoft YaHei"/>
                <w:b/>
                <w:color w:val="1F4E5F"/>
                <w:sz w:val="18"/>
              </w:rPr>
              <w:t>100</w:t>
            </w:r>
          </w:p>
        </w:tc>
        <w:tc>
          <w:tcPr>
            <w:tcW w:type="dxa" w:w="3781"/>
            <w:vAlign w:val="center"/>
            <w:tcMar>
              <w:top w:w="70" w:type="dxa"/>
              <w:start w:w="90" w:type="dxa"/>
              <w:bottom w:w="70" w:type="dxa"/>
              <w:end w:w="90" w:type="dxa"/>
            </w:tcMar>
          </w:tcPr>
          <w:p>
            <w:pPr>
              <w:spacing w:after="0"/>
            </w:pPr>
            <w:r/>
          </w:p>
        </w:tc>
      </w:tr>
    </w:tbl>
    <w:p>
      <w:pPr>
        <w:spacing w:after="20"/>
      </w:pPr>
    </w:p>
    <w:p>
      <w:pPr>
        <w:pStyle w:val="Heading2"/>
        <w:keepNext/>
        <w:spacing w:before="200" w:after="100"/>
      </w:pPr>
      <w:r>
        <w:rPr>
          <w:rFonts w:ascii="Microsoft YaHei" w:hAnsi="Microsoft YaHei" w:eastAsia="Microsoft YaHei"/>
          <w:b/>
          <w:color w:val="1F4250"/>
          <w:sz w:val="26"/>
        </w:rPr>
        <w:t>论文与解释边界</w:t>
      </w:r>
    </w:p>
    <w:p>
      <w:pPr>
        <w:spacing w:line="288" w:lineRule="auto" w:after="100"/>
      </w:pPr>
      <w:r>
        <w:rPr>
          <w:rFonts w:ascii="Microsoft YaHei" w:hAnsi="Microsoft YaHei" w:eastAsia="Microsoft YaHei"/>
          <w:b w:val="0"/>
          <w:color w:val="222222"/>
          <w:sz w:val="21"/>
        </w:rPr>
        <w:t xml:space="preserve">核心论文和公开全文入口见 </w:t>
      </w:r>
      <w:r>
        <w:rPr>
          <w:rFonts w:ascii="Consolas" w:hAnsi="Consolas" w:eastAsia="Microsoft YaHei"/>
          <w:b w:val="0"/>
          <w:color w:val="174A5B"/>
          <w:sz w:val="20"/>
          <w:shd w:fill="EAF2F5"/>
        </w:rPr>
        <w:t>references/论文与案例对应.md</w:t>
      </w:r>
      <w:r>
        <w:rPr>
          <w:rFonts w:ascii="Microsoft YaHei" w:hAnsi="Microsoft YaHei" w:eastAsia="Microsoft YaHei"/>
          <w:b w:val="0"/>
          <w:color w:val="222222"/>
          <w:sz w:val="21"/>
        </w:rPr>
        <w:t>。论文只支撑方法或数据产品背景，不代表本案例复现论文的研究区、数据版本或数值结果。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77" w:right="1225" w:bottom="1020" w:left="122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b w:val="0"/>
        <w:color w:val="6B8790"/>
        <w:sz w:val="17"/>
      </w:rPr>
      <w:t xml:space="preserve">第 </w:t>
    </w:r>
    <w:fldSimple w:instr="PAGE">
      <w:r>
        <w:t>1</w:t>
      </w:r>
    </w:fldSimple>
    <w:r>
      <w:rPr>
        <w:rFonts w:ascii="Microsoft YaHei" w:hAnsi="Microsoft YaHei" w:eastAsia="Microsoft YaHei"/>
        <w:b w:val="0"/>
        <w:color w:val="6B8790"/>
        <w:sz w:val="17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80"/>
      <w:jc w:val="right"/>
      <w:pBdr>
        <w:bottom w:val="single" w:sz="4" w:space="3" w:color="C7D9DE"/>
      </w:pBdr>
    </w:pPr>
    <w:r>
      <w:rPr>
        <w:rFonts w:ascii="Microsoft YaHei" w:hAnsi="Microsoft YaHei" w:eastAsia="Microsoft YaHei"/>
        <w:b w:val="0"/>
        <w:color w:val="6B8790"/>
        <w:sz w:val="17"/>
      </w:rPr>
      <w:t>GIS统计分析实训案例库  ·  实验实训方案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F5B6C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F5B6C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F5B6C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实验实训方案｜08 年度森林损失空间集中度与阈值敏感性</dc:title>
  <dc:subject>GIS统计分析实训案例库</dc:subject>
  <dc:creator>GIS统计分析实训案例库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